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D9C31" w14:textId="77777777" w:rsidR="009B4CAB" w:rsidRDefault="00000000">
      <w:pPr>
        <w:pStyle w:val="berschrift1"/>
      </w:pPr>
      <w:r>
        <w:t>Mitgliedsantrag</w:t>
      </w:r>
    </w:p>
    <w:p w14:paraId="63CDCDFA" w14:textId="77777777" w:rsidR="009B4CAB" w:rsidRDefault="00000000">
      <w:r>
        <w:t>Interkulturelles Muslimisches Forum für Frauen und Familien e.V.</w:t>
      </w:r>
    </w:p>
    <w:p w14:paraId="6963E947" w14:textId="77777777" w:rsidR="009B4CAB" w:rsidRDefault="00000000">
      <w:r>
        <w:t>Amtsgericht München – VR 201419</w:t>
      </w:r>
    </w:p>
    <w:p w14:paraId="38F9337E" w14:textId="77777777" w:rsidR="009B4CAB" w:rsidRDefault="00000000">
      <w:r>
        <w:t>Kopenhagenstr. 11, 81829 München</w:t>
      </w:r>
    </w:p>
    <w:p w14:paraId="4B39356D" w14:textId="77777777" w:rsidR="009B4CAB" w:rsidRDefault="00000000">
      <w:r>
        <w:t>info@imfff.de | Tel.: 0173 903 9503</w:t>
      </w:r>
    </w:p>
    <w:p w14:paraId="6CC36977" w14:textId="77777777" w:rsidR="009B4CAB" w:rsidRDefault="00000000">
      <w:r>
        <w:br/>
      </w:r>
    </w:p>
    <w:p w14:paraId="1FB1F664" w14:textId="77777777" w:rsidR="009B4CAB" w:rsidRDefault="00000000">
      <w:pPr>
        <w:pStyle w:val="berschrift2"/>
      </w:pPr>
      <w:r>
        <w:t>1. Persönliche Angaben</w:t>
      </w:r>
    </w:p>
    <w:p w14:paraId="09460D0F" w14:textId="77777777" w:rsidR="009B4CAB" w:rsidRDefault="00000000">
      <w:r>
        <w:t>Vorname: ___________________________________________</w:t>
      </w:r>
    </w:p>
    <w:p w14:paraId="5F6FAACD" w14:textId="77777777" w:rsidR="009B4CAB" w:rsidRDefault="00000000">
      <w:r>
        <w:t>Nachname: ___________________________________________</w:t>
      </w:r>
    </w:p>
    <w:p w14:paraId="59F856B5" w14:textId="77777777" w:rsidR="009B4CAB" w:rsidRDefault="00000000">
      <w:r>
        <w:t>Geburtsdatum: _______________________________________</w:t>
      </w:r>
    </w:p>
    <w:p w14:paraId="27234E99" w14:textId="77777777" w:rsidR="009B4CAB" w:rsidRDefault="00000000">
      <w:r>
        <w:t>Straße, Hausnummer: _________________________________</w:t>
      </w:r>
    </w:p>
    <w:p w14:paraId="108B0C31" w14:textId="77777777" w:rsidR="009B4CAB" w:rsidRDefault="00000000">
      <w:r>
        <w:t>PLZ, Ort: ____________________________________________</w:t>
      </w:r>
    </w:p>
    <w:p w14:paraId="415F67A7" w14:textId="77777777" w:rsidR="009B4CAB" w:rsidRDefault="00000000">
      <w:r>
        <w:t>Telefon: _____________________________________________</w:t>
      </w:r>
    </w:p>
    <w:p w14:paraId="04183FD2" w14:textId="77777777" w:rsidR="009B4CAB" w:rsidRDefault="00000000">
      <w:r>
        <w:t>E-Mail: ______________________________________________</w:t>
      </w:r>
    </w:p>
    <w:p w14:paraId="31552013" w14:textId="77777777" w:rsidR="009B4CAB" w:rsidRDefault="00000000">
      <w:r>
        <w:br/>
      </w:r>
    </w:p>
    <w:p w14:paraId="29BC4901" w14:textId="77777777" w:rsidR="009B4CAB" w:rsidRDefault="00000000">
      <w:pPr>
        <w:pStyle w:val="berschrift2"/>
      </w:pPr>
      <w:r>
        <w:t>2. Art der Mitgliedschaft</w:t>
      </w:r>
    </w:p>
    <w:p w14:paraId="37496582" w14:textId="77777777" w:rsidR="009B4CAB" w:rsidRDefault="00000000">
      <w:r>
        <w:t>☐ Ordentliches Mitglied</w:t>
      </w:r>
    </w:p>
    <w:p w14:paraId="15C80445" w14:textId="77777777" w:rsidR="009B4CAB" w:rsidRDefault="00000000">
      <w:r>
        <w:t>☐ Fördermitglied</w:t>
      </w:r>
    </w:p>
    <w:p w14:paraId="35588EF4" w14:textId="77777777" w:rsidR="009B4CAB" w:rsidRDefault="00000000">
      <w:r>
        <w:t>☐ Ehrenmitglied (auf Vorschlag des Vorstands)</w:t>
      </w:r>
    </w:p>
    <w:p w14:paraId="5DEBBABC" w14:textId="42ADAC1C" w:rsidR="00462DD9" w:rsidRDefault="00462DD9">
      <w:proofErr w:type="spellStart"/>
      <w:r>
        <w:t>Über</w:t>
      </w:r>
      <w:proofErr w:type="spellEnd"/>
      <w:r>
        <w:t xml:space="preserve"> die </w:t>
      </w:r>
      <w:proofErr w:type="spellStart"/>
      <w:r>
        <w:t>endgültige</w:t>
      </w:r>
      <w:proofErr w:type="spellEnd"/>
      <w:r>
        <w:t xml:space="preserve"> Art der </w:t>
      </w:r>
      <w:proofErr w:type="spellStart"/>
      <w:r>
        <w:t>Mitgliedschaft</w:t>
      </w:r>
      <w:proofErr w:type="spellEnd"/>
      <w:r>
        <w:t xml:space="preserve">  </w:t>
      </w:r>
      <w:proofErr w:type="spellStart"/>
      <w:r>
        <w:t>entscheidet</w:t>
      </w:r>
      <w:proofErr w:type="spellEnd"/>
      <w:r>
        <w:t xml:space="preserve"> der </w:t>
      </w:r>
      <w:proofErr w:type="spellStart"/>
      <w:r>
        <w:t>Vorstand</w:t>
      </w:r>
      <w:proofErr w:type="spellEnd"/>
      <w:r>
        <w:t>.</w:t>
      </w:r>
    </w:p>
    <w:p w14:paraId="2170EFD9" w14:textId="77777777" w:rsidR="009B4CAB" w:rsidRDefault="00000000">
      <w:r>
        <w:br/>
      </w:r>
    </w:p>
    <w:p w14:paraId="18DC99B5" w14:textId="77777777" w:rsidR="00462DD9" w:rsidRDefault="00462DD9"/>
    <w:p w14:paraId="6DDFB062" w14:textId="77777777" w:rsidR="00462DD9" w:rsidRDefault="00462DD9"/>
    <w:p w14:paraId="48AEA034" w14:textId="77777777" w:rsidR="00462DD9" w:rsidRDefault="00462DD9"/>
    <w:p w14:paraId="04AE1D12" w14:textId="77777777" w:rsidR="009B4CAB" w:rsidRDefault="00000000">
      <w:pPr>
        <w:pStyle w:val="berschrift2"/>
      </w:pPr>
      <w:r>
        <w:lastRenderedPageBreak/>
        <w:t>3. Mitgliedsbeitrag</w:t>
      </w:r>
    </w:p>
    <w:p w14:paraId="269DE8B9" w14:textId="1726E5C8" w:rsidR="009B4CAB" w:rsidRDefault="00000000">
      <w:r>
        <w:t xml:space="preserve">Der Mitgliedsbeitrag richtet sich nach der jeweils </w:t>
      </w:r>
      <w:proofErr w:type="spellStart"/>
      <w:r>
        <w:t>gültigen</w:t>
      </w:r>
      <w:proofErr w:type="spellEnd"/>
      <w:r>
        <w:t xml:space="preserve"> </w:t>
      </w:r>
      <w:proofErr w:type="spellStart"/>
      <w:r>
        <w:t>Beitragsordnung</w:t>
      </w:r>
      <w:proofErr w:type="spellEnd"/>
      <w:r>
        <w:t xml:space="preserve"> des Vereins.</w:t>
      </w:r>
      <w:r w:rsidR="00462DD9">
        <w:t xml:space="preserve"> </w:t>
      </w:r>
    </w:p>
    <w:p w14:paraId="0F9568F0" w14:textId="12D2F4A5" w:rsidR="00462DD9" w:rsidRDefault="00462DD9">
      <w:r>
        <w:t xml:space="preserve">Stand 2026/5        </w:t>
      </w:r>
      <w:proofErr w:type="spellStart"/>
      <w:r>
        <w:t>Familie</w:t>
      </w:r>
      <w:proofErr w:type="spellEnd"/>
      <w:r>
        <w:t xml:space="preserve"> 120 Euro            </w:t>
      </w:r>
      <w:proofErr w:type="spellStart"/>
      <w:r>
        <w:t>Einzelpersonen</w:t>
      </w:r>
      <w:proofErr w:type="spellEnd"/>
      <w:r>
        <w:t xml:space="preserve"> 80 Euro </w:t>
      </w:r>
    </w:p>
    <w:p w14:paraId="12F5C8FE" w14:textId="77777777" w:rsidR="009B4CAB" w:rsidRDefault="00000000">
      <w:r>
        <w:t>☐ Regulärer Jahresbeitrag: ______ €</w:t>
      </w:r>
    </w:p>
    <w:p w14:paraId="7A2C6C32" w14:textId="77777777" w:rsidR="009B4CAB" w:rsidRDefault="00000000">
      <w:r>
        <w:t>☐ Freiwillig erhöhter Beitrag: ______ €</w:t>
      </w:r>
    </w:p>
    <w:p w14:paraId="153FB5A6" w14:textId="77777777" w:rsidR="009B4CAB" w:rsidRDefault="00000000">
      <w:r>
        <w:br/>
        <w:t>Antrag auf Beitragsermäßigung oder Beitragsbefreiung:</w:t>
      </w:r>
    </w:p>
    <w:p w14:paraId="482861F8" w14:textId="77777777" w:rsidR="009B4CAB" w:rsidRDefault="00000000">
      <w:r>
        <w:t>☐ Hiermit beantrage ich eine Ermäßigung oder Befreiung vom Mitgliedsbeitrag aus sozialen Gründen.</w:t>
      </w:r>
    </w:p>
    <w:p w14:paraId="50433791" w14:textId="77777777" w:rsidR="009B4CAB" w:rsidRDefault="00000000">
      <w:r>
        <w:t>Mir ist bekannt, dass über eine Ermäßigung oder Befreiung ausschließlich der Vorstand entscheidet.</w:t>
      </w:r>
    </w:p>
    <w:p w14:paraId="3DB792AA" w14:textId="77777777" w:rsidR="009B4CAB" w:rsidRDefault="00000000">
      <w:r>
        <w:t>Ein Anspruch auf Beitragsbefreiung besteht nicht.</w:t>
      </w:r>
    </w:p>
    <w:p w14:paraId="46824731" w14:textId="77777777" w:rsidR="009B4CAB" w:rsidRDefault="00000000">
      <w:r>
        <w:t>Die Entscheidung wird mir schriftlich mitgeteilt.</w:t>
      </w:r>
    </w:p>
    <w:p w14:paraId="0EF20EED" w14:textId="77777777" w:rsidR="009B4CAB" w:rsidRDefault="00000000">
      <w:r>
        <w:br/>
        <w:t>Die Beiträge sind jährlich im Voraus fällig, sofern keine abweichende Regelung durch Vorstandsbeschluss getroffen wird.</w:t>
      </w:r>
    </w:p>
    <w:p w14:paraId="773351B1" w14:textId="77777777" w:rsidR="009B4CAB" w:rsidRDefault="00000000">
      <w:r>
        <w:br/>
      </w:r>
    </w:p>
    <w:p w14:paraId="06D1EAF7" w14:textId="77777777" w:rsidR="009B4CAB" w:rsidRDefault="00000000">
      <w:pPr>
        <w:pStyle w:val="berschrift2"/>
      </w:pPr>
      <w:r>
        <w:t>4. Erklärung</w:t>
      </w:r>
    </w:p>
    <w:p w14:paraId="3E2FBC5B" w14:textId="77777777" w:rsidR="009B4CAB" w:rsidRDefault="00000000">
      <w:r>
        <w:t>Hiermit beantrage ich die Aufnahme in das Interkulturelle Muslimische Forum für Frauen und Familien e.V.</w:t>
      </w:r>
    </w:p>
    <w:p w14:paraId="4859B27E" w14:textId="77777777" w:rsidR="009B4CAB" w:rsidRDefault="00000000">
      <w:r>
        <w:t>Ich erkenne die Satzung sowie die Beitragsordnung in der jeweils gültigen Fassung an.</w:t>
      </w:r>
    </w:p>
    <w:p w14:paraId="342177E5" w14:textId="77777777" w:rsidR="009B4CAB" w:rsidRDefault="00000000">
      <w:r>
        <w:t>Über die Aufnahme entscheidet der Vorstand.</w:t>
      </w:r>
    </w:p>
    <w:p w14:paraId="03016A28" w14:textId="77777777" w:rsidR="009B4CAB" w:rsidRDefault="00000000">
      <w:r>
        <w:br/>
      </w:r>
    </w:p>
    <w:p w14:paraId="68522B77" w14:textId="77777777" w:rsidR="009B4CAB" w:rsidRDefault="00000000">
      <w:pPr>
        <w:pStyle w:val="berschrift2"/>
      </w:pPr>
      <w:r>
        <w:t>5. Datenschutz</w:t>
      </w:r>
    </w:p>
    <w:p w14:paraId="335A5125" w14:textId="77777777" w:rsidR="009B4CAB" w:rsidRDefault="00000000">
      <w:r>
        <w:t>Der Verein verarbeitet personenbezogene Daten ausschließlich zum Zweck der Mitgliederverwaltung, Beitragsverwaltung und Vereinskommunikation gemäß Art. 6 Abs. 1 lit. b DSGVO.</w:t>
      </w:r>
    </w:p>
    <w:p w14:paraId="2AE7CBEA" w14:textId="77777777" w:rsidR="009B4CAB" w:rsidRDefault="00000000">
      <w:r>
        <w:t>Die Daten werden nicht an Dritte weitergegeben, außer soweit dies zur Erfüllung gesetzlicher Verpflichtungen erforderlich ist.</w:t>
      </w:r>
    </w:p>
    <w:p w14:paraId="198690D3" w14:textId="77777777" w:rsidR="009B4CAB" w:rsidRDefault="00000000">
      <w:r>
        <w:lastRenderedPageBreak/>
        <w:t>Ich habe das Recht auf Auskunft, Berichtigung, Löschung, Einschränkung der Verarbeitung sowie Widerruf meiner Einwilligung.</w:t>
      </w:r>
    </w:p>
    <w:p w14:paraId="5A6EA6B3" w14:textId="77777777" w:rsidR="009B4CAB" w:rsidRDefault="00000000">
      <w:r>
        <w:t>☐ Ich habe die Datenschutzinformationen zur Kenntnis genommen.</w:t>
      </w:r>
    </w:p>
    <w:p w14:paraId="61FDF5C5" w14:textId="77777777" w:rsidR="009B4CAB" w:rsidRDefault="00000000">
      <w:r>
        <w:br/>
      </w:r>
    </w:p>
    <w:p w14:paraId="66CA711D" w14:textId="77777777" w:rsidR="009B4CAB" w:rsidRDefault="00000000">
      <w:pPr>
        <w:pStyle w:val="berschrift2"/>
      </w:pPr>
      <w:r>
        <w:t>6. SEPA-Lastschriftmandat (optional)</w:t>
      </w:r>
    </w:p>
    <w:p w14:paraId="7F624A9C" w14:textId="77777777" w:rsidR="009B4CAB" w:rsidRDefault="00000000">
      <w:r>
        <w:t>Ich ermächtige den Verein, den Mitgliedsbeitrag von meinem Konto mittels Lastschrift einzuziehen.</w:t>
      </w:r>
    </w:p>
    <w:p w14:paraId="78D54425" w14:textId="77777777" w:rsidR="009B4CAB" w:rsidRDefault="00000000">
      <w:r>
        <w:t>IBAN: _______________________________________________</w:t>
      </w:r>
    </w:p>
    <w:p w14:paraId="28A43ADA" w14:textId="77777777" w:rsidR="009B4CAB" w:rsidRDefault="00000000">
      <w:r>
        <w:t>BIC: ________________________________________________</w:t>
      </w:r>
    </w:p>
    <w:p w14:paraId="3F7276F7" w14:textId="77777777" w:rsidR="009B4CAB" w:rsidRDefault="00000000">
      <w:r>
        <w:t>Kontoinhaber: ________________________________________</w:t>
      </w:r>
    </w:p>
    <w:p w14:paraId="254ABD4B" w14:textId="77777777" w:rsidR="009B4CAB" w:rsidRDefault="00000000">
      <w:r>
        <w:br/>
      </w:r>
    </w:p>
    <w:p w14:paraId="3F4CBEBD" w14:textId="77777777" w:rsidR="009B4CAB" w:rsidRDefault="00000000">
      <w:pPr>
        <w:pStyle w:val="berschrift2"/>
      </w:pPr>
      <w:r>
        <w:t>7. Kündigung</w:t>
      </w:r>
    </w:p>
    <w:p w14:paraId="7E3E1FFD" w14:textId="77777777" w:rsidR="009B4CAB" w:rsidRDefault="00000000">
      <w:r>
        <w:t>Die Mitgliedschaft kann schriftlich mit einer Frist von 3 Monaten zum Jahresende gekündigt werden, sofern die Satzung keine andere Regelung vorsieht.</w:t>
      </w:r>
    </w:p>
    <w:p w14:paraId="305E2A1E" w14:textId="77777777" w:rsidR="009B4CAB" w:rsidRDefault="00000000">
      <w:r>
        <w:br/>
      </w:r>
      <w:r>
        <w:br/>
      </w:r>
    </w:p>
    <w:p w14:paraId="27828875" w14:textId="77777777" w:rsidR="009B4CAB" w:rsidRDefault="00000000">
      <w:r>
        <w:t>Ort, Datum: __________________________________________</w:t>
      </w:r>
    </w:p>
    <w:p w14:paraId="55B9B5E3" w14:textId="77777777" w:rsidR="009B4CAB" w:rsidRDefault="00000000">
      <w:r>
        <w:t>Unterschrift Antragsteller/in: ____________________________</w:t>
      </w:r>
    </w:p>
    <w:sectPr w:rsidR="009B4CA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3384763">
    <w:abstractNumId w:val="8"/>
  </w:num>
  <w:num w:numId="2" w16cid:durableId="1641692432">
    <w:abstractNumId w:val="6"/>
  </w:num>
  <w:num w:numId="3" w16cid:durableId="826166957">
    <w:abstractNumId w:val="5"/>
  </w:num>
  <w:num w:numId="4" w16cid:durableId="1970282713">
    <w:abstractNumId w:val="4"/>
  </w:num>
  <w:num w:numId="5" w16cid:durableId="867068328">
    <w:abstractNumId w:val="7"/>
  </w:num>
  <w:num w:numId="6" w16cid:durableId="282658782">
    <w:abstractNumId w:val="3"/>
  </w:num>
  <w:num w:numId="7" w16cid:durableId="799612669">
    <w:abstractNumId w:val="2"/>
  </w:num>
  <w:num w:numId="8" w16cid:durableId="582032520">
    <w:abstractNumId w:val="1"/>
  </w:num>
  <w:num w:numId="9" w16cid:durableId="685713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2DD9"/>
    <w:rsid w:val="009B4CAB"/>
    <w:rsid w:val="00AA1D8D"/>
    <w:rsid w:val="00B47730"/>
    <w:rsid w:val="00CB0664"/>
    <w:rsid w:val="00EA6B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63CCF"/>
  <w14:defaultImageDpi w14:val="300"/>
  <w15:docId w15:val="{3C069468-1129-4472-A486-ACC24EE1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frauenberatung@imfff.de</cp:lastModifiedBy>
  <cp:revision>2</cp:revision>
  <dcterms:created xsi:type="dcterms:W3CDTF">2026-07-21T16:53:00Z</dcterms:created>
  <dcterms:modified xsi:type="dcterms:W3CDTF">2026-07-21T16:53:00Z</dcterms:modified>
  <cp:category/>
</cp:coreProperties>
</file>